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color w:val="405BC8"/>
          <w:sz w:val="20"/>
        </w:rPr>
        <w:t>AGENCE POESIS</w:t>
      </w:r>
    </w:p>
    <w:p>
      <w:pPr>
        <w:spacing w:after="40"/>
      </w:pPr>
      <w:r>
        <w:rPr>
          <w:b/>
          <w:i w:val="0"/>
          <w:color w:val="202521"/>
          <w:sz w:val="56"/>
        </w:rPr>
        <w:t>Cahier des charges</w:t>
      </w:r>
    </w:p>
    <w:p>
      <w:pPr>
        <w:spacing w:after="280"/>
      </w:pPr>
      <w:r>
        <w:rPr>
          <w:b w:val="0"/>
          <w:i w:val="0"/>
          <w:color w:val="646B69"/>
          <w:sz w:val="28"/>
        </w:rPr>
        <w:t>Logiciel, application ou site internet</w:t>
      </w:r>
    </w:p>
    <w:p>
      <w:pPr>
        <w:spacing w:after="80"/>
      </w:pPr>
      <w:r>
        <w:rPr>
          <w:b w:val="0"/>
          <w:i w:val="0"/>
          <w:color w:val="202521"/>
          <w:sz w:val="22"/>
        </w:rPr>
        <w:t>Nom du projet : ________________________________</w:t>
      </w:r>
    </w:p>
    <w:p>
      <w:pPr>
        <w:spacing w:after="80"/>
      </w:pPr>
      <w:r>
        <w:rPr>
          <w:b w:val="0"/>
          <w:i w:val="0"/>
          <w:color w:val="202521"/>
          <w:sz w:val="22"/>
        </w:rPr>
        <w:t>Entreprise : ________________________________</w:t>
      </w:r>
    </w:p>
    <w:p>
      <w:pPr>
        <w:spacing w:after="280"/>
      </w:pPr>
      <w:r>
        <w:rPr>
          <w:b w:val="0"/>
          <w:i w:val="0"/>
          <w:color w:val="202521"/>
          <w:sz w:val="22"/>
        </w:rPr>
        <w:t>Contact et date : ________________________________</w:t>
      </w:r>
    </w:p>
    <w:p>
      <w:pPr>
        <w:spacing w:after="80"/>
      </w:pPr>
      <w:r>
        <w:rPr>
          <w:b/>
          <w:i w:val="0"/>
          <w:color w:val="202521"/>
          <w:sz w:val="26"/>
        </w:rPr>
        <w:t>Comment utiliser ce modèle</w:t>
      </w:r>
    </w:p>
    <w:p>
      <w:pPr>
        <w:spacing w:after="120"/>
      </w:pPr>
      <w:r>
        <w:rPr>
          <w:b w:val="0"/>
          <w:i w:val="0"/>
          <w:color w:val="646B69"/>
          <w:sz w:val="22"/>
        </w:rPr>
        <w:t>Remplissez chaque rubrique avec vos mots, sans jargon technique. Les consignes en gris vous guident, l'exemple montre le niveau de détail utile. Une rubrique vide vaut mieux qu'une rubrique inventée : signalez simplement ce que vous ne savez pas encore.</w:t>
      </w:r>
    </w:p>
    <w:p>
      <w:pPr>
        <w:spacing w:after="200"/>
      </w:pPr>
      <w:r>
        <w:rPr>
          <w:b w:val="0"/>
          <w:i w:val="0"/>
          <w:color w:val="646B69"/>
          <w:sz w:val="22"/>
        </w:rPr>
        <w:t>Envoyez le même document à chaque prestataire consulté : vous pourrez comparer les devis ligne à ligne.</w:t>
      </w:r>
    </w:p>
    <w:p>
      <w:r>
        <w:br w:type="page"/>
      </w:r>
    </w:p>
    <w:p>
      <w:pPr>
        <w:spacing w:after="80"/>
      </w:pPr>
      <w:r>
        <w:rPr>
          <w:b/>
          <w:i w:val="0"/>
          <w:color w:val="202521"/>
          <w:sz w:val="30"/>
        </w:rPr>
        <w:t>1. Présentation de l'entreprise</w:t>
      </w:r>
    </w:p>
    <w:p>
      <w:pPr>
        <w:spacing w:after="80"/>
      </w:pPr>
      <w:r>
        <w:rPr>
          <w:b w:val="0"/>
          <w:i/>
          <w:color w:val="646B69"/>
          <w:sz w:val="21"/>
        </w:rPr>
        <w:t>Décrivez votre activité, vos clients et votre organisation en quelques lignes, sans jargon. Le prestataire doit comprendre votre métier avant votre projet.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color="auto" w:fill="F7F8FA"/>
          </w:tcPr>
          <w:p>
            <w:r>
              <w:rPr>
                <w:b/>
                <w:color w:val="646B69"/>
                <w:sz w:val="20"/>
              </w:rPr>
              <w:t xml:space="preserve">Exemple : </w:t>
            </w:r>
            <w:r>
              <w:rPr>
                <w:i/>
                <w:color w:val="646B69"/>
                <w:sz w:val="20"/>
              </w:rPr>
              <w:t>Entreprise de maintenance de chaudières. Trois techniciens, une assistante, des clients particuliers dans le Nord. Les interventions sont planifiées sur un tableur partagé.</w:t>
            </w:r>
          </w:p>
        </w:tc>
      </w:tr>
    </w:tbl>
    <w:p>
      <w:pPr>
        <w:spacing w:after="40"/>
      </w:pPr>
      <w:r>
        <w:rPr>
          <w:b w:val="0"/>
          <w:i w:val="0"/>
          <w:color w:val="202521"/>
          <w:sz w:val="22"/>
        </w:rPr>
      </w:r>
    </w:p>
    <w:p>
      <w:pPr>
        <w:spacing w:after="40"/>
      </w:pPr>
      <w:r>
        <w:rPr>
          <w:b/>
          <w:i w:val="0"/>
          <w:color w:val="202521"/>
          <w:sz w:val="22"/>
        </w:rPr>
        <w:t>Votre réponse :</w:t>
      </w:r>
    </w:p>
    <w:p>
      <w:pPr>
        <w:spacing w:after="40"/>
      </w:pPr>
      <w:r>
        <w:rPr>
          <w:b w:val="0"/>
          <w:i w:val="0"/>
          <w:color w:val="C8CCCF"/>
          <w:sz w:val="20"/>
        </w:rPr>
        <w:t>______________________________________________________________________________________</w:t>
      </w:r>
    </w:p>
    <w:p>
      <w:pPr>
        <w:spacing w:after="40"/>
      </w:pPr>
      <w:r>
        <w:rPr>
          <w:b w:val="0"/>
          <w:i w:val="0"/>
          <w:color w:val="C8CCCF"/>
          <w:sz w:val="20"/>
        </w:rPr>
        <w:t>______________________________________________________________________________________</w:t>
      </w:r>
    </w:p>
    <w:p>
      <w:pPr>
        <w:spacing w:after="40"/>
      </w:pPr>
      <w:r>
        <w:rPr>
          <w:b w:val="0"/>
          <w:i w:val="0"/>
          <w:color w:val="C8CCCF"/>
          <w:sz w:val="20"/>
        </w:rPr>
        <w:t>______________________________________________________________________________________</w:t>
      </w:r>
    </w:p>
    <w:p>
      <w:pPr>
        <w:spacing w:after="40"/>
      </w:pPr>
      <w:r>
        <w:rPr>
          <w:b w:val="0"/>
          <w:i w:val="0"/>
          <w:color w:val="C8CCCF"/>
          <w:sz w:val="20"/>
        </w:rPr>
        <w:t>______________________________________________________________________________________</w:t>
      </w:r>
    </w:p>
    <w:p>
      <w:pPr>
        <w:spacing w:after="40"/>
      </w:pPr>
      <w:r>
        <w:rPr>
          <w:b w:val="0"/>
          <w:i w:val="0"/>
          <w:color w:val="C8CCCF"/>
          <w:sz w:val="20"/>
        </w:rPr>
        <w:t>______________________________________________________________________________________</w:t>
      </w:r>
    </w:p>
    <w:p>
      <w:pPr>
        <w:spacing w:after="160"/>
      </w:pPr>
      <w:r>
        <w:rPr>
          <w:b w:val="0"/>
          <w:i w:val="0"/>
          <w:color w:val="202521"/>
          <w:sz w:val="22"/>
        </w:rPr>
      </w:r>
    </w:p>
    <w:p>
      <w:pPr>
        <w:spacing w:after="80"/>
      </w:pPr>
      <w:r>
        <w:rPr>
          <w:b/>
          <w:i w:val="0"/>
          <w:color w:val="202521"/>
          <w:sz w:val="30"/>
        </w:rPr>
        <w:t>2. Contexte et problème à résoudre</w:t>
      </w:r>
    </w:p>
    <w:p>
      <w:pPr>
        <w:spacing w:after="80"/>
      </w:pPr>
      <w:r>
        <w:rPr>
          <w:b w:val="0"/>
          <w:i/>
          <w:color w:val="646B69"/>
          <w:sz w:val="21"/>
        </w:rPr>
        <w:t>Expliquez ce qui ne va pas aujourd'hui et pourquoi le projet arrive maintenant. Un problème concret vaut mieux qu'une liste de fonctions.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color="auto" w:fill="F7F8FA"/>
          </w:tcPr>
          <w:p>
            <w:r>
              <w:rPr>
                <w:b/>
                <w:color w:val="646B69"/>
                <w:sz w:val="20"/>
              </w:rPr>
              <w:t xml:space="preserve">Exemple : </w:t>
            </w:r>
            <w:r>
              <w:rPr>
                <w:i/>
                <w:color w:val="646B69"/>
                <w:sz w:val="20"/>
              </w:rPr>
              <w:t>Les informations prises au téléphone arrivent incomplètes aux techniciens. Deux déplacements par semaine sont perdus faute de bonne pièce ou de bonne adresse.</w:t>
            </w:r>
          </w:p>
        </w:tc>
      </w:tr>
    </w:tbl>
    <w:p>
      <w:pPr>
        <w:spacing w:after="40"/>
      </w:pPr>
      <w:r>
        <w:rPr>
          <w:b w:val="0"/>
          <w:i w:val="0"/>
          <w:color w:val="202521"/>
          <w:sz w:val="22"/>
        </w:rPr>
      </w:r>
    </w:p>
    <w:p>
      <w:pPr>
        <w:spacing w:after="40"/>
      </w:pPr>
      <w:r>
        <w:rPr>
          <w:b/>
          <w:i w:val="0"/>
          <w:color w:val="202521"/>
          <w:sz w:val="22"/>
        </w:rPr>
        <w:t>Votre réponse :</w:t>
      </w:r>
    </w:p>
    <w:p>
      <w:pPr>
        <w:spacing w:after="40"/>
      </w:pPr>
      <w:r>
        <w:rPr>
          <w:b w:val="0"/>
          <w:i w:val="0"/>
          <w:color w:val="C8CCCF"/>
          <w:sz w:val="20"/>
        </w:rPr>
        <w:t>______________________________________________________________________________________</w:t>
      </w:r>
    </w:p>
    <w:p>
      <w:pPr>
        <w:spacing w:after="40"/>
      </w:pPr>
      <w:r>
        <w:rPr>
          <w:b w:val="0"/>
          <w:i w:val="0"/>
          <w:color w:val="C8CCCF"/>
          <w:sz w:val="20"/>
        </w:rPr>
        <w:t>______________________________________________________________________________________</w:t>
      </w:r>
    </w:p>
    <w:p>
      <w:pPr>
        <w:spacing w:after="40"/>
      </w:pPr>
      <w:r>
        <w:rPr>
          <w:b w:val="0"/>
          <w:i w:val="0"/>
          <w:color w:val="C8CCCF"/>
          <w:sz w:val="20"/>
        </w:rPr>
        <w:t>______________________________________________________________________________________</w:t>
      </w:r>
    </w:p>
    <w:p>
      <w:pPr>
        <w:spacing w:after="40"/>
      </w:pPr>
      <w:r>
        <w:rPr>
          <w:b w:val="0"/>
          <w:i w:val="0"/>
          <w:color w:val="C8CCCF"/>
          <w:sz w:val="20"/>
        </w:rPr>
        <w:t>______________________________________________________________________________________</w:t>
      </w:r>
    </w:p>
    <w:p>
      <w:pPr>
        <w:spacing w:after="40"/>
      </w:pPr>
      <w:r>
        <w:rPr>
          <w:b w:val="0"/>
          <w:i w:val="0"/>
          <w:color w:val="C8CCCF"/>
          <w:sz w:val="20"/>
        </w:rPr>
        <w:t>______________________________________________________________________________________</w:t>
      </w:r>
    </w:p>
    <w:p>
      <w:pPr>
        <w:spacing w:after="160"/>
      </w:pPr>
      <w:r>
        <w:rPr>
          <w:b w:val="0"/>
          <w:i w:val="0"/>
          <w:color w:val="202521"/>
          <w:sz w:val="22"/>
        </w:rPr>
      </w:r>
    </w:p>
    <w:p>
      <w:pPr>
        <w:spacing w:after="80"/>
      </w:pPr>
      <w:r>
        <w:rPr>
          <w:b/>
          <w:i w:val="0"/>
          <w:color w:val="202521"/>
          <w:sz w:val="30"/>
        </w:rPr>
        <w:t>3. Objectifs mesurables</w:t>
      </w:r>
    </w:p>
    <w:p>
      <w:pPr>
        <w:spacing w:after="80"/>
      </w:pPr>
      <w:r>
        <w:rPr>
          <w:b w:val="0"/>
          <w:i/>
          <w:color w:val="646B69"/>
          <w:sz w:val="21"/>
        </w:rPr>
        <w:t>Fixez deux à quatre objectifs vérifiables, avec la façon de les mesurer.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color="auto" w:fill="F7F8FA"/>
          </w:tcPr>
          <w:p>
            <w:r>
              <w:rPr>
                <w:b/>
                <w:color w:val="646B69"/>
                <w:sz w:val="20"/>
              </w:rPr>
              <w:t xml:space="preserve">Exemple : </w:t>
            </w:r>
            <w:r>
              <w:rPr>
                <w:i/>
                <w:color w:val="646B69"/>
                <w:sz w:val="20"/>
              </w:rPr>
              <w:t>Zéro intervention sans fiche complète. Planning de la semaine consultable sur téléphone. Compte rendu signé envoyé au client le jour même.</w:t>
            </w:r>
          </w:p>
        </w:tc>
      </w:tr>
    </w:tbl>
    <w:p>
      <w:pPr>
        <w:spacing w:after="40"/>
      </w:pPr>
      <w:r>
        <w:rPr>
          <w:b w:val="0"/>
          <w:i w:val="0"/>
          <w:color w:val="202521"/>
          <w:sz w:val="22"/>
        </w:rPr>
      </w:r>
    </w:p>
    <w:p>
      <w:pPr>
        <w:spacing w:after="40"/>
      </w:pPr>
      <w:r>
        <w:rPr>
          <w:b/>
          <w:i w:val="0"/>
          <w:color w:val="202521"/>
          <w:sz w:val="22"/>
        </w:rPr>
        <w:t>Votre réponse :</w:t>
      </w:r>
    </w:p>
    <w:p>
      <w:pPr>
        <w:spacing w:after="40"/>
      </w:pPr>
      <w:r>
        <w:rPr>
          <w:b w:val="0"/>
          <w:i w:val="0"/>
          <w:color w:val="C8CCCF"/>
          <w:sz w:val="20"/>
        </w:rPr>
        <w:t>______________________________________________________________________________________</w:t>
      </w:r>
    </w:p>
    <w:p>
      <w:pPr>
        <w:spacing w:after="40"/>
      </w:pPr>
      <w:r>
        <w:rPr>
          <w:b w:val="0"/>
          <w:i w:val="0"/>
          <w:color w:val="C8CCCF"/>
          <w:sz w:val="20"/>
        </w:rPr>
        <w:t>______________________________________________________________________________________</w:t>
      </w:r>
    </w:p>
    <w:p>
      <w:pPr>
        <w:spacing w:after="40"/>
      </w:pPr>
      <w:r>
        <w:rPr>
          <w:b w:val="0"/>
          <w:i w:val="0"/>
          <w:color w:val="C8CCCF"/>
          <w:sz w:val="20"/>
        </w:rPr>
        <w:t>______________________________________________________________________________________</w:t>
      </w:r>
    </w:p>
    <w:p>
      <w:pPr>
        <w:spacing w:after="40"/>
      </w:pPr>
      <w:r>
        <w:rPr>
          <w:b w:val="0"/>
          <w:i w:val="0"/>
          <w:color w:val="C8CCCF"/>
          <w:sz w:val="20"/>
        </w:rPr>
        <w:t>______________________________________________________________________________________</w:t>
      </w:r>
    </w:p>
    <w:p>
      <w:pPr>
        <w:spacing w:after="40"/>
      </w:pPr>
      <w:r>
        <w:rPr>
          <w:b w:val="0"/>
          <w:i w:val="0"/>
          <w:color w:val="C8CCCF"/>
          <w:sz w:val="20"/>
        </w:rPr>
        <w:t>______________________________________________________________________________________</w:t>
      </w:r>
    </w:p>
    <w:p>
      <w:pPr>
        <w:spacing w:after="160"/>
      </w:pPr>
      <w:r>
        <w:rPr>
          <w:b w:val="0"/>
          <w:i w:val="0"/>
          <w:color w:val="202521"/>
          <w:sz w:val="22"/>
        </w:rPr>
      </w:r>
    </w:p>
    <w:p>
      <w:pPr>
        <w:spacing w:after="80"/>
      </w:pPr>
      <w:r>
        <w:rPr>
          <w:b/>
          <w:i w:val="0"/>
          <w:color w:val="202521"/>
          <w:sz w:val="30"/>
        </w:rPr>
        <w:t>4. Utilisateurs et rôles</w:t>
      </w:r>
    </w:p>
    <w:p>
      <w:pPr>
        <w:spacing w:after="80"/>
      </w:pPr>
      <w:r>
        <w:rPr>
          <w:b w:val="0"/>
          <w:i/>
          <w:color w:val="646B69"/>
          <w:sz w:val="21"/>
        </w:rPr>
        <w:t>Listez qui utilisera l'outil, sur quel appareil, et ce que chacun doit pouvoir voir ou modifier.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color="auto" w:fill="F7F8FA"/>
          </w:tcPr>
          <w:p>
            <w:r>
              <w:rPr>
                <w:b/>
                <w:color w:val="646B69"/>
                <w:sz w:val="20"/>
              </w:rPr>
              <w:t xml:space="preserve">Exemple : </w:t>
            </w:r>
            <w:r>
              <w:rPr>
                <w:i/>
                <w:color w:val="646B69"/>
                <w:sz w:val="20"/>
              </w:rPr>
              <w:t>Assistante (ordinateur) : crée les interventions. Techniciens (téléphone) : consultent, complètent, font signer. Gérant : voit tout et exporte.</w:t>
            </w:r>
          </w:p>
        </w:tc>
      </w:tr>
    </w:tbl>
    <w:p>
      <w:pPr>
        <w:spacing w:after="40"/>
      </w:pPr>
      <w:r>
        <w:rPr>
          <w:b w:val="0"/>
          <w:i w:val="0"/>
          <w:color w:val="202521"/>
          <w:sz w:val="22"/>
        </w:rPr>
      </w:r>
    </w:p>
    <w:p>
      <w:pPr>
        <w:spacing w:after="40"/>
      </w:pPr>
      <w:r>
        <w:rPr>
          <w:b/>
          <w:i w:val="0"/>
          <w:color w:val="202521"/>
          <w:sz w:val="22"/>
        </w:rPr>
        <w:t>Votre réponse :</w:t>
      </w:r>
    </w:p>
    <w:p>
      <w:pPr>
        <w:spacing w:after="40"/>
      </w:pPr>
      <w:r>
        <w:rPr>
          <w:b w:val="0"/>
          <w:i w:val="0"/>
          <w:color w:val="C8CCCF"/>
          <w:sz w:val="20"/>
        </w:rPr>
        <w:t>______________________________________________________________________________________</w:t>
      </w:r>
    </w:p>
    <w:p>
      <w:pPr>
        <w:spacing w:after="40"/>
      </w:pPr>
      <w:r>
        <w:rPr>
          <w:b w:val="0"/>
          <w:i w:val="0"/>
          <w:color w:val="C8CCCF"/>
          <w:sz w:val="20"/>
        </w:rPr>
        <w:t>______________________________________________________________________________________</w:t>
      </w:r>
    </w:p>
    <w:p>
      <w:pPr>
        <w:spacing w:after="40"/>
      </w:pPr>
      <w:r>
        <w:rPr>
          <w:b w:val="0"/>
          <w:i w:val="0"/>
          <w:color w:val="C8CCCF"/>
          <w:sz w:val="20"/>
        </w:rPr>
        <w:t>______________________________________________________________________________________</w:t>
      </w:r>
    </w:p>
    <w:p>
      <w:pPr>
        <w:spacing w:after="40"/>
      </w:pPr>
      <w:r>
        <w:rPr>
          <w:b w:val="0"/>
          <w:i w:val="0"/>
          <w:color w:val="C8CCCF"/>
          <w:sz w:val="20"/>
        </w:rPr>
        <w:t>______________________________________________________________________________________</w:t>
      </w:r>
    </w:p>
    <w:p>
      <w:pPr>
        <w:spacing w:after="40"/>
      </w:pPr>
      <w:r>
        <w:rPr>
          <w:b w:val="0"/>
          <w:i w:val="0"/>
          <w:color w:val="C8CCCF"/>
          <w:sz w:val="20"/>
        </w:rPr>
        <w:t>______________________________________________________________________________________</w:t>
      </w:r>
    </w:p>
    <w:p>
      <w:pPr>
        <w:spacing w:after="160"/>
      </w:pPr>
      <w:r>
        <w:rPr>
          <w:b w:val="0"/>
          <w:i w:val="0"/>
          <w:color w:val="202521"/>
          <w:sz w:val="22"/>
        </w:rPr>
      </w:r>
    </w:p>
    <w:p>
      <w:pPr>
        <w:spacing w:after="80"/>
      </w:pPr>
      <w:r>
        <w:rPr>
          <w:b/>
          <w:i w:val="0"/>
          <w:color w:val="202521"/>
          <w:sz w:val="30"/>
        </w:rPr>
        <w:t>5. Parcours clés</w:t>
      </w:r>
    </w:p>
    <w:p>
      <w:pPr>
        <w:spacing w:after="80"/>
      </w:pPr>
      <w:r>
        <w:rPr>
          <w:b w:val="0"/>
          <w:i/>
          <w:color w:val="646B69"/>
          <w:sz w:val="21"/>
        </w:rPr>
        <w:t>Racontez trois à cinq scénarios de bout en bout, comme une histoire : qui fait quoi, dans quel ordre.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color="auto" w:fill="F7F8FA"/>
          </w:tcPr>
          <w:p>
            <w:r>
              <w:rPr>
                <w:b/>
                <w:color w:val="646B69"/>
                <w:sz w:val="20"/>
              </w:rPr>
              <w:t xml:space="preserve">Exemple : </w:t>
            </w:r>
            <w:r>
              <w:rPr>
                <w:i/>
                <w:color w:val="646B69"/>
                <w:sz w:val="20"/>
              </w:rPr>
              <w:t>Un client appelle pour une panne, l'assistante crée la demande, le technicien la reçoit, intervient, fait signer le compte rendu, le client reçoit le PDF par email.</w:t>
            </w:r>
          </w:p>
        </w:tc>
      </w:tr>
    </w:tbl>
    <w:p>
      <w:pPr>
        <w:spacing w:after="40"/>
      </w:pPr>
      <w:r>
        <w:rPr>
          <w:b w:val="0"/>
          <w:i w:val="0"/>
          <w:color w:val="202521"/>
          <w:sz w:val="22"/>
        </w:rPr>
      </w:r>
    </w:p>
    <w:p>
      <w:pPr>
        <w:spacing w:after="40"/>
      </w:pPr>
      <w:r>
        <w:rPr>
          <w:b/>
          <w:i w:val="0"/>
          <w:color w:val="202521"/>
          <w:sz w:val="22"/>
        </w:rPr>
        <w:t>Votre réponse :</w:t>
      </w:r>
    </w:p>
    <w:p>
      <w:pPr>
        <w:spacing w:after="40"/>
      </w:pPr>
      <w:r>
        <w:rPr>
          <w:b w:val="0"/>
          <w:i w:val="0"/>
          <w:color w:val="C8CCCF"/>
          <w:sz w:val="20"/>
        </w:rPr>
        <w:t>______________________________________________________________________________________</w:t>
      </w:r>
    </w:p>
    <w:p>
      <w:pPr>
        <w:spacing w:after="40"/>
      </w:pPr>
      <w:r>
        <w:rPr>
          <w:b w:val="0"/>
          <w:i w:val="0"/>
          <w:color w:val="C8CCCF"/>
          <w:sz w:val="20"/>
        </w:rPr>
        <w:t>______________________________________________________________________________________</w:t>
      </w:r>
    </w:p>
    <w:p>
      <w:pPr>
        <w:spacing w:after="40"/>
      </w:pPr>
      <w:r>
        <w:rPr>
          <w:b w:val="0"/>
          <w:i w:val="0"/>
          <w:color w:val="C8CCCF"/>
          <w:sz w:val="20"/>
        </w:rPr>
        <w:t>______________________________________________________________________________________</w:t>
      </w:r>
    </w:p>
    <w:p>
      <w:pPr>
        <w:spacing w:after="40"/>
      </w:pPr>
      <w:r>
        <w:rPr>
          <w:b w:val="0"/>
          <w:i w:val="0"/>
          <w:color w:val="C8CCCF"/>
          <w:sz w:val="20"/>
        </w:rPr>
        <w:t>______________________________________________________________________________________</w:t>
      </w:r>
    </w:p>
    <w:p>
      <w:pPr>
        <w:spacing w:after="40"/>
      </w:pPr>
      <w:r>
        <w:rPr>
          <w:b w:val="0"/>
          <w:i w:val="0"/>
          <w:color w:val="C8CCCF"/>
          <w:sz w:val="20"/>
        </w:rPr>
        <w:t>______________________________________________________________________________________</w:t>
      </w:r>
    </w:p>
    <w:p>
      <w:pPr>
        <w:spacing w:after="160"/>
      </w:pPr>
      <w:r>
        <w:rPr>
          <w:b w:val="0"/>
          <w:i w:val="0"/>
          <w:color w:val="202521"/>
          <w:sz w:val="22"/>
        </w:rPr>
      </w:r>
    </w:p>
    <w:p>
      <w:pPr>
        <w:spacing w:after="80"/>
      </w:pPr>
      <w:r>
        <w:rPr>
          <w:b/>
          <w:i w:val="0"/>
          <w:color w:val="202521"/>
          <w:sz w:val="30"/>
        </w:rPr>
        <w:t>6. Fonctionnalités : indispensables, souhaitables, plus tard</w:t>
      </w:r>
    </w:p>
    <w:p>
      <w:pPr>
        <w:spacing w:after="80"/>
      </w:pPr>
      <w:r>
        <w:rPr>
          <w:b w:val="0"/>
          <w:i/>
          <w:color w:val="646B69"/>
          <w:sz w:val="21"/>
        </w:rPr>
        <w:t>Classez chaque fonction en trois niveaux. Si tout est indispensable, rien ne l'est.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color="auto" w:fill="F7F8FA"/>
          </w:tcPr>
          <w:p>
            <w:r>
              <w:rPr>
                <w:b/>
                <w:color w:val="646B69"/>
                <w:sz w:val="20"/>
              </w:rPr>
              <w:t xml:space="preserve">Exemple : </w:t>
            </w:r>
            <w:r>
              <w:rPr>
                <w:i/>
                <w:color w:val="646B69"/>
                <w:sz w:val="20"/>
              </w:rPr>
              <w:t>Indispensable : planning, fiche intervention, signature. Souhaitable : rappel SMS la veille. Plus tard : portail client.</w:t>
            </w:r>
          </w:p>
        </w:tc>
      </w:tr>
    </w:tbl>
    <w:p>
      <w:pPr>
        <w:spacing w:after="40"/>
      </w:pPr>
      <w:r>
        <w:rPr>
          <w:b w:val="0"/>
          <w:i w:val="0"/>
          <w:color w:val="202521"/>
          <w:sz w:val="22"/>
        </w:rPr>
      </w:r>
    </w:p>
    <w:p>
      <w:pPr>
        <w:spacing w:after="40"/>
      </w:pPr>
      <w:r>
        <w:rPr>
          <w:b/>
          <w:i w:val="0"/>
          <w:color w:val="202521"/>
          <w:sz w:val="22"/>
        </w:rPr>
        <w:t>Votre réponse :</w:t>
      </w:r>
    </w:p>
    <w:p>
      <w:pPr>
        <w:spacing w:after="40"/>
      </w:pPr>
      <w:r>
        <w:rPr>
          <w:b w:val="0"/>
          <w:i w:val="0"/>
          <w:color w:val="C8CCCF"/>
          <w:sz w:val="20"/>
        </w:rPr>
        <w:t>______________________________________________________________________________________</w:t>
      </w:r>
    </w:p>
    <w:p>
      <w:pPr>
        <w:spacing w:after="40"/>
      </w:pPr>
      <w:r>
        <w:rPr>
          <w:b w:val="0"/>
          <w:i w:val="0"/>
          <w:color w:val="C8CCCF"/>
          <w:sz w:val="20"/>
        </w:rPr>
        <w:t>______________________________________________________________________________________</w:t>
      </w:r>
    </w:p>
    <w:p>
      <w:pPr>
        <w:spacing w:after="40"/>
      </w:pPr>
      <w:r>
        <w:rPr>
          <w:b w:val="0"/>
          <w:i w:val="0"/>
          <w:color w:val="C8CCCF"/>
          <w:sz w:val="20"/>
        </w:rPr>
        <w:t>______________________________________________________________________________________</w:t>
      </w:r>
    </w:p>
    <w:p>
      <w:pPr>
        <w:spacing w:after="40"/>
      </w:pPr>
      <w:r>
        <w:rPr>
          <w:b w:val="0"/>
          <w:i w:val="0"/>
          <w:color w:val="C8CCCF"/>
          <w:sz w:val="20"/>
        </w:rPr>
        <w:t>______________________________________________________________________________________</w:t>
      </w:r>
    </w:p>
    <w:p>
      <w:pPr>
        <w:spacing w:after="40"/>
      </w:pPr>
      <w:r>
        <w:rPr>
          <w:b w:val="0"/>
          <w:i w:val="0"/>
          <w:color w:val="C8CCCF"/>
          <w:sz w:val="20"/>
        </w:rPr>
        <w:t>______________________________________________________________________________________</w:t>
      </w:r>
    </w:p>
    <w:p>
      <w:pPr>
        <w:spacing w:after="160"/>
      </w:pPr>
      <w:r>
        <w:rPr>
          <w:b w:val="0"/>
          <w:i w:val="0"/>
          <w:color w:val="202521"/>
          <w:sz w:val="22"/>
        </w:rPr>
      </w:r>
    </w:p>
    <w:p>
      <w:pPr>
        <w:spacing w:after="80"/>
      </w:pPr>
      <w:r>
        <w:rPr>
          <w:b/>
          <w:i w:val="0"/>
          <w:color w:val="202521"/>
          <w:sz w:val="30"/>
        </w:rPr>
        <w:t>7. Contenus et données existantes</w:t>
      </w:r>
    </w:p>
    <w:p>
      <w:pPr>
        <w:spacing w:after="80"/>
      </w:pPr>
      <w:r>
        <w:rPr>
          <w:b w:val="0"/>
          <w:i/>
          <w:color w:val="646B69"/>
          <w:sz w:val="21"/>
        </w:rPr>
        <w:t>Indiquez les données à reprendre (fichiers, ancien logiciel, historique) et qui fournira les contenus.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color="auto" w:fill="F7F8FA"/>
          </w:tcPr>
          <w:p>
            <w:r>
              <w:rPr>
                <w:b/>
                <w:color w:val="646B69"/>
                <w:sz w:val="20"/>
              </w:rPr>
              <w:t xml:space="preserve">Exemple : </w:t>
            </w:r>
            <w:r>
              <w:rPr>
                <w:i/>
                <w:color w:val="646B69"/>
                <w:sz w:val="20"/>
              </w:rPr>
              <w:t>Fichier clients sous Excel, environ dix ans d'historique d'interventions à importer. Les textes du site seront fournis par le gérant.</w:t>
            </w:r>
          </w:p>
        </w:tc>
      </w:tr>
    </w:tbl>
    <w:p>
      <w:pPr>
        <w:spacing w:after="40"/>
      </w:pPr>
      <w:r>
        <w:rPr>
          <w:b w:val="0"/>
          <w:i w:val="0"/>
          <w:color w:val="202521"/>
          <w:sz w:val="22"/>
        </w:rPr>
      </w:r>
    </w:p>
    <w:p>
      <w:pPr>
        <w:spacing w:after="40"/>
      </w:pPr>
      <w:r>
        <w:rPr>
          <w:b/>
          <w:i w:val="0"/>
          <w:color w:val="202521"/>
          <w:sz w:val="22"/>
        </w:rPr>
        <w:t>Votre réponse :</w:t>
      </w:r>
    </w:p>
    <w:p>
      <w:pPr>
        <w:spacing w:after="40"/>
      </w:pPr>
      <w:r>
        <w:rPr>
          <w:b w:val="0"/>
          <w:i w:val="0"/>
          <w:color w:val="C8CCCF"/>
          <w:sz w:val="20"/>
        </w:rPr>
        <w:t>______________________________________________________________________________________</w:t>
      </w:r>
    </w:p>
    <w:p>
      <w:pPr>
        <w:spacing w:after="40"/>
      </w:pPr>
      <w:r>
        <w:rPr>
          <w:b w:val="0"/>
          <w:i w:val="0"/>
          <w:color w:val="C8CCCF"/>
          <w:sz w:val="20"/>
        </w:rPr>
        <w:t>______________________________________________________________________________________</w:t>
      </w:r>
    </w:p>
    <w:p>
      <w:pPr>
        <w:spacing w:after="40"/>
      </w:pPr>
      <w:r>
        <w:rPr>
          <w:b w:val="0"/>
          <w:i w:val="0"/>
          <w:color w:val="C8CCCF"/>
          <w:sz w:val="20"/>
        </w:rPr>
        <w:t>______________________________________________________________________________________</w:t>
      </w:r>
    </w:p>
    <w:p>
      <w:pPr>
        <w:spacing w:after="40"/>
      </w:pPr>
      <w:r>
        <w:rPr>
          <w:b w:val="0"/>
          <w:i w:val="0"/>
          <w:color w:val="C8CCCF"/>
          <w:sz w:val="20"/>
        </w:rPr>
        <w:t>______________________________________________________________________________________</w:t>
      </w:r>
    </w:p>
    <w:p>
      <w:pPr>
        <w:spacing w:after="40"/>
      </w:pPr>
      <w:r>
        <w:rPr>
          <w:b w:val="0"/>
          <w:i w:val="0"/>
          <w:color w:val="C8CCCF"/>
          <w:sz w:val="20"/>
        </w:rPr>
        <w:t>______________________________________________________________________________________</w:t>
      </w:r>
    </w:p>
    <w:p>
      <w:pPr>
        <w:spacing w:after="160"/>
      </w:pPr>
      <w:r>
        <w:rPr>
          <w:b w:val="0"/>
          <w:i w:val="0"/>
          <w:color w:val="202521"/>
          <w:sz w:val="22"/>
        </w:rPr>
      </w:r>
    </w:p>
    <w:p>
      <w:pPr>
        <w:spacing w:after="80"/>
      </w:pPr>
      <w:r>
        <w:rPr>
          <w:b/>
          <w:i w:val="0"/>
          <w:color w:val="202521"/>
          <w:sz w:val="30"/>
        </w:rPr>
        <w:t>8. Intégrations et outils en place</w:t>
      </w:r>
    </w:p>
    <w:p>
      <w:pPr>
        <w:spacing w:after="80"/>
      </w:pPr>
      <w:r>
        <w:rPr>
          <w:b w:val="0"/>
          <w:i/>
          <w:color w:val="646B69"/>
          <w:sz w:val="21"/>
        </w:rPr>
        <w:t>Listez les outils avec lesquels le projet doit échanger des données, et dans quel sens.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color="auto" w:fill="F7F8FA"/>
          </w:tcPr>
          <w:p>
            <w:r>
              <w:rPr>
                <w:b/>
                <w:color w:val="646B69"/>
                <w:sz w:val="20"/>
              </w:rPr>
              <w:t xml:space="preserve">Exemple : </w:t>
            </w:r>
            <w:r>
              <w:rPr>
                <w:i/>
                <w:color w:val="646B69"/>
                <w:sz w:val="20"/>
              </w:rPr>
              <w:t>Envoi des interventions terminées vers le logiciel de facturation. Synchronisation des rendez-vous avec les agendas Google des techniciens.</w:t>
            </w:r>
          </w:p>
        </w:tc>
      </w:tr>
    </w:tbl>
    <w:p>
      <w:pPr>
        <w:spacing w:after="40"/>
      </w:pPr>
      <w:r>
        <w:rPr>
          <w:b w:val="0"/>
          <w:i w:val="0"/>
          <w:color w:val="202521"/>
          <w:sz w:val="22"/>
        </w:rPr>
      </w:r>
    </w:p>
    <w:p>
      <w:pPr>
        <w:spacing w:after="40"/>
      </w:pPr>
      <w:r>
        <w:rPr>
          <w:b/>
          <w:i w:val="0"/>
          <w:color w:val="202521"/>
          <w:sz w:val="22"/>
        </w:rPr>
        <w:t>Votre réponse :</w:t>
      </w:r>
    </w:p>
    <w:p>
      <w:pPr>
        <w:spacing w:after="40"/>
      </w:pPr>
      <w:r>
        <w:rPr>
          <w:b w:val="0"/>
          <w:i w:val="0"/>
          <w:color w:val="C8CCCF"/>
          <w:sz w:val="20"/>
        </w:rPr>
        <w:t>______________________________________________________________________________________</w:t>
      </w:r>
    </w:p>
    <w:p>
      <w:pPr>
        <w:spacing w:after="40"/>
      </w:pPr>
      <w:r>
        <w:rPr>
          <w:b w:val="0"/>
          <w:i w:val="0"/>
          <w:color w:val="C8CCCF"/>
          <w:sz w:val="20"/>
        </w:rPr>
        <w:t>______________________________________________________________________________________</w:t>
      </w:r>
    </w:p>
    <w:p>
      <w:pPr>
        <w:spacing w:after="40"/>
      </w:pPr>
      <w:r>
        <w:rPr>
          <w:b w:val="0"/>
          <w:i w:val="0"/>
          <w:color w:val="C8CCCF"/>
          <w:sz w:val="20"/>
        </w:rPr>
        <w:t>______________________________________________________________________________________</w:t>
      </w:r>
    </w:p>
    <w:p>
      <w:pPr>
        <w:spacing w:after="40"/>
      </w:pPr>
      <w:r>
        <w:rPr>
          <w:b w:val="0"/>
          <w:i w:val="0"/>
          <w:color w:val="C8CCCF"/>
          <w:sz w:val="20"/>
        </w:rPr>
        <w:t>______________________________________________________________________________________</w:t>
      </w:r>
    </w:p>
    <w:p>
      <w:pPr>
        <w:spacing w:after="40"/>
      </w:pPr>
      <w:r>
        <w:rPr>
          <w:b w:val="0"/>
          <w:i w:val="0"/>
          <w:color w:val="C8CCCF"/>
          <w:sz w:val="20"/>
        </w:rPr>
        <w:t>______________________________________________________________________________________</w:t>
      </w:r>
    </w:p>
    <w:p>
      <w:pPr>
        <w:spacing w:after="160"/>
      </w:pPr>
      <w:r>
        <w:rPr>
          <w:b w:val="0"/>
          <w:i w:val="0"/>
          <w:color w:val="202521"/>
          <w:sz w:val="22"/>
        </w:rPr>
      </w:r>
    </w:p>
    <w:p>
      <w:pPr>
        <w:spacing w:after="80"/>
      </w:pPr>
      <w:r>
        <w:rPr>
          <w:b/>
          <w:i w:val="0"/>
          <w:color w:val="202521"/>
          <w:sz w:val="30"/>
        </w:rPr>
        <w:t>9. Contraintes techniques et réglementaires</w:t>
      </w:r>
    </w:p>
    <w:p>
      <w:pPr>
        <w:spacing w:after="80"/>
      </w:pPr>
      <w:r>
        <w:rPr>
          <w:b w:val="0"/>
          <w:i/>
          <w:color w:val="646B69"/>
          <w:sz w:val="21"/>
        </w:rPr>
        <w:t>Précisez les exigences d'hébergement, de sécurité, de RGPD, d'accessibilité et les appareils à supporter.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color="auto" w:fill="F7F8FA"/>
          </w:tcPr>
          <w:p>
            <w:r>
              <w:rPr>
                <w:b/>
                <w:color w:val="646B69"/>
                <w:sz w:val="20"/>
              </w:rPr>
              <w:t xml:space="preserve">Exemple : </w:t>
            </w:r>
            <w:r>
              <w:rPr>
                <w:i/>
                <w:color w:val="646B69"/>
                <w:sz w:val="20"/>
              </w:rPr>
              <w:t>Hébergement en France. Données clients conformes au RGPD. Fonctionnement en zone mal couverte : saisie hors ligne puis synchronisation.</w:t>
            </w:r>
          </w:p>
        </w:tc>
      </w:tr>
    </w:tbl>
    <w:p>
      <w:pPr>
        <w:spacing w:after="40"/>
      </w:pPr>
      <w:r>
        <w:rPr>
          <w:b w:val="0"/>
          <w:i w:val="0"/>
          <w:color w:val="202521"/>
          <w:sz w:val="22"/>
        </w:rPr>
      </w:r>
    </w:p>
    <w:p>
      <w:pPr>
        <w:spacing w:after="40"/>
      </w:pPr>
      <w:r>
        <w:rPr>
          <w:b/>
          <w:i w:val="0"/>
          <w:color w:val="202521"/>
          <w:sz w:val="22"/>
        </w:rPr>
        <w:t>Votre réponse :</w:t>
      </w:r>
    </w:p>
    <w:p>
      <w:pPr>
        <w:spacing w:after="40"/>
      </w:pPr>
      <w:r>
        <w:rPr>
          <w:b w:val="0"/>
          <w:i w:val="0"/>
          <w:color w:val="C8CCCF"/>
          <w:sz w:val="20"/>
        </w:rPr>
        <w:t>______________________________________________________________________________________</w:t>
      </w:r>
    </w:p>
    <w:p>
      <w:pPr>
        <w:spacing w:after="40"/>
      </w:pPr>
      <w:r>
        <w:rPr>
          <w:b w:val="0"/>
          <w:i w:val="0"/>
          <w:color w:val="C8CCCF"/>
          <w:sz w:val="20"/>
        </w:rPr>
        <w:t>______________________________________________________________________________________</w:t>
      </w:r>
    </w:p>
    <w:p>
      <w:pPr>
        <w:spacing w:after="40"/>
      </w:pPr>
      <w:r>
        <w:rPr>
          <w:b w:val="0"/>
          <w:i w:val="0"/>
          <w:color w:val="C8CCCF"/>
          <w:sz w:val="20"/>
        </w:rPr>
        <w:t>______________________________________________________________________________________</w:t>
      </w:r>
    </w:p>
    <w:p>
      <w:pPr>
        <w:spacing w:after="40"/>
      </w:pPr>
      <w:r>
        <w:rPr>
          <w:b w:val="0"/>
          <w:i w:val="0"/>
          <w:color w:val="C8CCCF"/>
          <w:sz w:val="20"/>
        </w:rPr>
        <w:t>______________________________________________________________________________________</w:t>
      </w:r>
    </w:p>
    <w:p>
      <w:pPr>
        <w:spacing w:after="40"/>
      </w:pPr>
      <w:r>
        <w:rPr>
          <w:b w:val="0"/>
          <w:i w:val="0"/>
          <w:color w:val="C8CCCF"/>
          <w:sz w:val="20"/>
        </w:rPr>
        <w:t>______________________________________________________________________________________</w:t>
      </w:r>
    </w:p>
    <w:p>
      <w:pPr>
        <w:spacing w:after="160"/>
      </w:pPr>
      <w:r>
        <w:rPr>
          <w:b w:val="0"/>
          <w:i w:val="0"/>
          <w:color w:val="202521"/>
          <w:sz w:val="22"/>
        </w:rPr>
      </w:r>
    </w:p>
    <w:p>
      <w:pPr>
        <w:spacing w:after="80"/>
      </w:pPr>
      <w:r>
        <w:rPr>
          <w:b/>
          <w:i w:val="0"/>
          <w:color w:val="202521"/>
          <w:sz w:val="30"/>
        </w:rPr>
        <w:t>10. Design et identité</w:t>
      </w:r>
    </w:p>
    <w:p>
      <w:pPr>
        <w:spacing w:after="80"/>
      </w:pPr>
      <w:r>
        <w:rPr>
          <w:b w:val="0"/>
          <w:i/>
          <w:color w:val="646B69"/>
          <w:sz w:val="21"/>
        </w:rPr>
        <w:t>Joignez votre charte si elle existe et citez deux ou trois outils ou sites dont l'ergonomie vous plaît, en expliquant pourquoi.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color="auto" w:fill="F7F8FA"/>
          </w:tcPr>
          <w:p>
            <w:r>
              <w:rPr>
                <w:b/>
                <w:color w:val="646B69"/>
                <w:sz w:val="20"/>
              </w:rPr>
              <w:t xml:space="preserve">Exemple : </w:t>
            </w:r>
            <w:r>
              <w:rPr>
                <w:i/>
                <w:color w:val="646B69"/>
                <w:sz w:val="20"/>
              </w:rPr>
              <w:t>Logo et couleurs fournis. Interface sobre, gros boutons utilisables avec des gants, lisible en plein soleil.</w:t>
            </w:r>
          </w:p>
        </w:tc>
      </w:tr>
    </w:tbl>
    <w:p>
      <w:pPr>
        <w:spacing w:after="40"/>
      </w:pPr>
      <w:r>
        <w:rPr>
          <w:b w:val="0"/>
          <w:i w:val="0"/>
          <w:color w:val="202521"/>
          <w:sz w:val="22"/>
        </w:rPr>
      </w:r>
    </w:p>
    <w:p>
      <w:pPr>
        <w:spacing w:after="40"/>
      </w:pPr>
      <w:r>
        <w:rPr>
          <w:b/>
          <w:i w:val="0"/>
          <w:color w:val="202521"/>
          <w:sz w:val="22"/>
        </w:rPr>
        <w:t>Votre réponse :</w:t>
      </w:r>
    </w:p>
    <w:p>
      <w:pPr>
        <w:spacing w:after="40"/>
      </w:pPr>
      <w:r>
        <w:rPr>
          <w:b w:val="0"/>
          <w:i w:val="0"/>
          <w:color w:val="C8CCCF"/>
          <w:sz w:val="20"/>
        </w:rPr>
        <w:t>______________________________________________________________________________________</w:t>
      </w:r>
    </w:p>
    <w:p>
      <w:pPr>
        <w:spacing w:after="40"/>
      </w:pPr>
      <w:r>
        <w:rPr>
          <w:b w:val="0"/>
          <w:i w:val="0"/>
          <w:color w:val="C8CCCF"/>
          <w:sz w:val="20"/>
        </w:rPr>
        <w:t>______________________________________________________________________________________</w:t>
      </w:r>
    </w:p>
    <w:p>
      <w:pPr>
        <w:spacing w:after="40"/>
      </w:pPr>
      <w:r>
        <w:rPr>
          <w:b w:val="0"/>
          <w:i w:val="0"/>
          <w:color w:val="C8CCCF"/>
          <w:sz w:val="20"/>
        </w:rPr>
        <w:t>______________________________________________________________________________________</w:t>
      </w:r>
    </w:p>
    <w:p>
      <w:pPr>
        <w:spacing w:after="40"/>
      </w:pPr>
      <w:r>
        <w:rPr>
          <w:b w:val="0"/>
          <w:i w:val="0"/>
          <w:color w:val="C8CCCF"/>
          <w:sz w:val="20"/>
        </w:rPr>
        <w:t>______________________________________________________________________________________</w:t>
      </w:r>
    </w:p>
    <w:p>
      <w:pPr>
        <w:spacing w:after="40"/>
      </w:pPr>
      <w:r>
        <w:rPr>
          <w:b w:val="0"/>
          <w:i w:val="0"/>
          <w:color w:val="C8CCCF"/>
          <w:sz w:val="20"/>
        </w:rPr>
        <w:t>______________________________________________________________________________________</w:t>
      </w:r>
    </w:p>
    <w:p>
      <w:pPr>
        <w:spacing w:after="160"/>
      </w:pPr>
      <w:r>
        <w:rPr>
          <w:b w:val="0"/>
          <w:i w:val="0"/>
          <w:color w:val="202521"/>
          <w:sz w:val="22"/>
        </w:rPr>
      </w:r>
    </w:p>
    <w:p>
      <w:pPr>
        <w:spacing w:after="80"/>
      </w:pPr>
      <w:r>
        <w:rPr>
          <w:b/>
          <w:i w:val="0"/>
          <w:color w:val="202521"/>
          <w:sz w:val="30"/>
        </w:rPr>
        <w:t>11. Planning, budget et organisation</w:t>
      </w:r>
    </w:p>
    <w:p>
      <w:pPr>
        <w:spacing w:after="80"/>
      </w:pPr>
      <w:r>
        <w:rPr>
          <w:b w:val="0"/>
          <w:i/>
          <w:color w:val="646B69"/>
          <w:sz w:val="21"/>
        </w:rPr>
        <w:t>Indiquez l'échéance souhaitée, l'enveloppe ou la fourchette envisagée, l'interlocuteur principal et sa disponibilité pour les validations.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color="auto" w:fill="F7F8FA"/>
          </w:tcPr>
          <w:p>
            <w:r>
              <w:rPr>
                <w:b/>
                <w:color w:val="646B69"/>
                <w:sz w:val="20"/>
              </w:rPr>
              <w:t xml:space="preserve">Exemple : </w:t>
            </w:r>
            <w:r>
              <w:rPr>
                <w:i/>
                <w:color w:val="646B69"/>
                <w:sz w:val="20"/>
              </w:rPr>
              <w:t>Mise en service souhaitée avant la saison de chauffe. Enveloppe à préciser au premier échange. Interlocuteur : le gérant, disponible une demi-journée par semaine.</w:t>
            </w:r>
          </w:p>
        </w:tc>
      </w:tr>
    </w:tbl>
    <w:p>
      <w:pPr>
        <w:spacing w:after="40"/>
      </w:pPr>
      <w:r>
        <w:rPr>
          <w:b w:val="0"/>
          <w:i w:val="0"/>
          <w:color w:val="202521"/>
          <w:sz w:val="22"/>
        </w:rPr>
      </w:r>
    </w:p>
    <w:p>
      <w:pPr>
        <w:spacing w:after="40"/>
      </w:pPr>
      <w:r>
        <w:rPr>
          <w:b/>
          <w:i w:val="0"/>
          <w:color w:val="202521"/>
          <w:sz w:val="22"/>
        </w:rPr>
        <w:t>Votre réponse :</w:t>
      </w:r>
    </w:p>
    <w:p>
      <w:pPr>
        <w:spacing w:after="40"/>
      </w:pPr>
      <w:r>
        <w:rPr>
          <w:b w:val="0"/>
          <w:i w:val="0"/>
          <w:color w:val="C8CCCF"/>
          <w:sz w:val="20"/>
        </w:rPr>
        <w:t>______________________________________________________________________________________</w:t>
      </w:r>
    </w:p>
    <w:p>
      <w:pPr>
        <w:spacing w:after="40"/>
      </w:pPr>
      <w:r>
        <w:rPr>
          <w:b w:val="0"/>
          <w:i w:val="0"/>
          <w:color w:val="C8CCCF"/>
          <w:sz w:val="20"/>
        </w:rPr>
        <w:t>______________________________________________________________________________________</w:t>
      </w:r>
    </w:p>
    <w:p>
      <w:pPr>
        <w:spacing w:after="40"/>
      </w:pPr>
      <w:r>
        <w:rPr>
          <w:b w:val="0"/>
          <w:i w:val="0"/>
          <w:color w:val="C8CCCF"/>
          <w:sz w:val="20"/>
        </w:rPr>
        <w:t>______________________________________________________________________________________</w:t>
      </w:r>
    </w:p>
    <w:p>
      <w:pPr>
        <w:spacing w:after="40"/>
      </w:pPr>
      <w:r>
        <w:rPr>
          <w:b w:val="0"/>
          <w:i w:val="0"/>
          <w:color w:val="C8CCCF"/>
          <w:sz w:val="20"/>
        </w:rPr>
        <w:t>______________________________________________________________________________________</w:t>
      </w:r>
    </w:p>
    <w:p>
      <w:pPr>
        <w:spacing w:after="40"/>
      </w:pPr>
      <w:r>
        <w:rPr>
          <w:b w:val="0"/>
          <w:i w:val="0"/>
          <w:color w:val="C8CCCF"/>
          <w:sz w:val="20"/>
        </w:rPr>
        <w:t>______________________________________________________________________________________</w:t>
      </w:r>
    </w:p>
    <w:p>
      <w:pPr>
        <w:spacing w:after="160"/>
      </w:pPr>
      <w:r>
        <w:rPr>
          <w:b w:val="0"/>
          <w:i w:val="0"/>
          <w:color w:val="202521"/>
          <w:sz w:val="22"/>
        </w:rPr>
      </w:r>
    </w:p>
    <w:p>
      <w:pPr>
        <w:spacing w:after="80"/>
      </w:pPr>
      <w:r>
        <w:rPr>
          <w:b/>
          <w:i w:val="0"/>
          <w:color w:val="202521"/>
          <w:sz w:val="30"/>
        </w:rPr>
        <w:t>12. Réception, maintenance et propriété</w:t>
      </w:r>
    </w:p>
    <w:p>
      <w:pPr>
        <w:spacing w:after="80"/>
      </w:pPr>
      <w:r>
        <w:rPr>
          <w:b w:val="0"/>
          <w:i/>
          <w:color w:val="646B69"/>
          <w:sz w:val="21"/>
        </w:rPr>
        <w:t>Définissez comment le projet sera validé, qui le maintiendra, et exigez la livraison du code source, des accès et des données.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color="auto" w:fill="F7F8FA"/>
          </w:tcPr>
          <w:p>
            <w:r>
              <w:rPr>
                <w:b/>
                <w:color w:val="646B69"/>
                <w:sz w:val="20"/>
              </w:rPr>
              <w:t xml:space="preserve">Exemple : </w:t>
            </w:r>
            <w:r>
              <w:rPr>
                <w:i/>
                <w:color w:val="646B69"/>
                <w:sz w:val="20"/>
              </w:rPr>
              <w:t>Recette sur un mois d'usage réel. Code source livré dans un dépôt à notre nom, documentation technique, accès administrateur, export des données à tout moment.</w:t>
            </w:r>
          </w:p>
        </w:tc>
      </w:tr>
    </w:tbl>
    <w:p>
      <w:pPr>
        <w:spacing w:after="40"/>
      </w:pPr>
      <w:r>
        <w:rPr>
          <w:b w:val="0"/>
          <w:i w:val="0"/>
          <w:color w:val="202521"/>
          <w:sz w:val="22"/>
        </w:rPr>
      </w:r>
    </w:p>
    <w:p>
      <w:pPr>
        <w:spacing w:after="40"/>
      </w:pPr>
      <w:r>
        <w:rPr>
          <w:b/>
          <w:i w:val="0"/>
          <w:color w:val="202521"/>
          <w:sz w:val="22"/>
        </w:rPr>
        <w:t>Votre réponse :</w:t>
      </w:r>
    </w:p>
    <w:p>
      <w:pPr>
        <w:spacing w:after="40"/>
      </w:pPr>
      <w:r>
        <w:rPr>
          <w:b w:val="0"/>
          <w:i w:val="0"/>
          <w:color w:val="C8CCCF"/>
          <w:sz w:val="20"/>
        </w:rPr>
        <w:t>______________________________________________________________________________________</w:t>
      </w:r>
    </w:p>
    <w:p>
      <w:pPr>
        <w:spacing w:after="40"/>
      </w:pPr>
      <w:r>
        <w:rPr>
          <w:b w:val="0"/>
          <w:i w:val="0"/>
          <w:color w:val="C8CCCF"/>
          <w:sz w:val="20"/>
        </w:rPr>
        <w:t>______________________________________________________________________________________</w:t>
      </w:r>
    </w:p>
    <w:p>
      <w:pPr>
        <w:spacing w:after="40"/>
      </w:pPr>
      <w:r>
        <w:rPr>
          <w:b w:val="0"/>
          <w:i w:val="0"/>
          <w:color w:val="C8CCCF"/>
          <w:sz w:val="20"/>
        </w:rPr>
        <w:t>______________________________________________________________________________________</w:t>
      </w:r>
    </w:p>
    <w:p>
      <w:pPr>
        <w:spacing w:after="40"/>
      </w:pPr>
      <w:r>
        <w:rPr>
          <w:b w:val="0"/>
          <w:i w:val="0"/>
          <w:color w:val="C8CCCF"/>
          <w:sz w:val="20"/>
        </w:rPr>
        <w:t>______________________________________________________________________________________</w:t>
      </w:r>
    </w:p>
    <w:p>
      <w:pPr>
        <w:spacing w:after="40"/>
      </w:pPr>
      <w:r>
        <w:rPr>
          <w:b w:val="0"/>
          <w:i w:val="0"/>
          <w:color w:val="C8CCCF"/>
          <w:sz w:val="20"/>
        </w:rPr>
        <w:t>______________________________________________________________________________________</w:t>
      </w:r>
    </w:p>
    <w:p>
      <w:pPr>
        <w:spacing w:after="160"/>
      </w:pPr>
      <w:r>
        <w:rPr>
          <w:b w:val="0"/>
          <w:i w:val="0"/>
          <w:color w:val="202521"/>
          <w:sz w:val="22"/>
        </w:rPr>
      </w:r>
    </w:p>
    <w:p>
      <w:r>
        <w:br w:type="page"/>
      </w:r>
    </w:p>
    <w:p>
      <w:pPr>
        <w:spacing w:after="120"/>
      </w:pPr>
      <w:r>
        <w:rPr>
          <w:b/>
          <w:i w:val="0"/>
          <w:color w:val="202521"/>
          <w:sz w:val="36"/>
        </w:rPr>
        <w:t>Faites relire votre cahier des charges gratuitement</w:t>
      </w:r>
    </w:p>
    <w:p>
      <w:pPr>
        <w:spacing w:after="200"/>
      </w:pPr>
      <w:r>
        <w:rPr>
          <w:b w:val="0"/>
          <w:i w:val="0"/>
          <w:color w:val="646B69"/>
          <w:sz w:val="22"/>
        </w:rPr>
        <w:t>En 30 minutes, nous vous disons ce qui manque, ce qui fera varier le coût et la première version qui réglerait votre problème principal. Sans engagement : vous repartez avec vos notes, même si vous choisissez un autre prestataire.</w:t>
      </w:r>
    </w:p>
    <w:p>
      <w:pPr>
        <w:spacing w:after="80"/>
      </w:pPr>
      <w:r>
        <w:rPr>
          <w:b/>
          <w:i w:val="0"/>
          <w:color w:val="405BC8"/>
          <w:sz w:val="24"/>
        </w:rPr>
        <w:t>Réserver un créneau : agencepoesis.com/contact/</w:t>
      </w:r>
    </w:p>
    <w:p>
      <w:pPr>
        <w:spacing w:after="80"/>
      </w:pPr>
      <w:r>
        <w:rPr>
          <w:b w:val="0"/>
          <w:i w:val="0"/>
          <w:color w:val="202521"/>
          <w:sz w:val="24"/>
        </w:rPr>
        <w:t>Téléphone : 07 80 95 65 69</w:t>
      </w:r>
    </w:p>
    <w:p>
      <w:pPr>
        <w:spacing w:after="80"/>
      </w:pPr>
      <w:r>
        <w:rPr>
          <w:b w:val="0"/>
          <w:i w:val="0"/>
          <w:color w:val="646B69"/>
          <w:sz w:val="20"/>
        </w:rPr>
        <w:t>Agence Poesis, développement de logiciels, d'applications web et de sites sur mesure. Basés à Lille, clients partout en France. Le code que nous livrons vous appartient.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